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9BEA" w14:textId="7E52C076" w:rsidR="009D7448" w:rsidRPr="00BE6101" w:rsidRDefault="00784DFB" w:rsidP="0002391A">
      <w:pPr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47AE7297" wp14:editId="0A6EF149">
            <wp:extent cx="1133475" cy="1055370"/>
            <wp:effectExtent l="0" t="0" r="0" b="0"/>
            <wp:docPr id="237" name="Picture 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101">
        <w:rPr>
          <w:rFonts w:cs="Times New Roman"/>
          <w:szCs w:val="24"/>
        </w:rPr>
        <w:t>Narva Pähklimäe Kooli direktorile</w:t>
      </w:r>
      <w:r w:rsidR="00A85919">
        <w:rPr>
          <w:rFonts w:cs="Times New Roman"/>
          <w:szCs w:val="24"/>
        </w:rPr>
        <w:t xml:space="preserve">                                                                             </w:t>
      </w:r>
    </w:p>
    <w:p w14:paraId="06C63043" w14:textId="77777777" w:rsidR="009D7448" w:rsidRPr="00BE6101" w:rsidRDefault="00000000">
      <w:pPr>
        <w:jc w:val="center"/>
        <w:rPr>
          <w:rFonts w:cs="Times New Roman"/>
          <w:szCs w:val="24"/>
        </w:rPr>
      </w:pPr>
      <w:r w:rsidRPr="00BE6101">
        <w:rPr>
          <w:rFonts w:cs="Times New Roman"/>
          <w:b/>
          <w:szCs w:val="24"/>
        </w:rPr>
        <w:t>AVALDUS</w:t>
      </w:r>
    </w:p>
    <w:p w14:paraId="42DF3B3F" w14:textId="2A2E61A1" w:rsidR="009D7448" w:rsidRPr="00BE6101" w:rsidRDefault="00000000" w:rsidP="00BE6101">
      <w:pPr>
        <w:rPr>
          <w:rFonts w:cs="Times New Roman"/>
          <w:szCs w:val="24"/>
        </w:rPr>
      </w:pPr>
      <w:r w:rsidRPr="00BE6101">
        <w:rPr>
          <w:rFonts w:cs="Times New Roman"/>
          <w:szCs w:val="24"/>
        </w:rPr>
        <w:t>Palun võtta ________________________________________________</w:t>
      </w:r>
      <w:r w:rsidRPr="00BE6101">
        <w:rPr>
          <w:rFonts w:cs="Times New Roman"/>
          <w:szCs w:val="24"/>
        </w:rPr>
        <w:br/>
      </w:r>
      <w:r w:rsidRPr="00BE6101">
        <w:rPr>
          <w:rFonts w:cs="Times New Roman"/>
          <w:b/>
          <w:szCs w:val="24"/>
        </w:rPr>
        <w:t>(lapse ees- ja perekonnanimi ISIKUKOOD)</w:t>
      </w:r>
      <w:r w:rsidR="00BE6101" w:rsidRPr="00BE6101">
        <w:rPr>
          <w:rFonts w:cs="Times New Roman"/>
          <w:szCs w:val="24"/>
        </w:rPr>
        <w:t xml:space="preserve"> </w:t>
      </w:r>
      <w:r w:rsidRPr="00BE6101">
        <w:rPr>
          <w:rFonts w:cs="Times New Roman"/>
          <w:szCs w:val="24"/>
        </w:rPr>
        <w:t>2026/2027. õa koolieelikute kooli.</w:t>
      </w:r>
    </w:p>
    <w:p w14:paraId="18A70880" w14:textId="787657CD" w:rsidR="009D7448" w:rsidRPr="00BE6101" w:rsidRDefault="00000000" w:rsidP="008C326F">
      <w:pPr>
        <w:rPr>
          <w:rFonts w:cs="Times New Roman"/>
          <w:szCs w:val="24"/>
        </w:rPr>
      </w:pPr>
      <w:r w:rsidRPr="00BE6101">
        <w:rPr>
          <w:rFonts w:cs="Times New Roman"/>
          <w:szCs w:val="24"/>
        </w:rPr>
        <w:t xml:space="preserve">Olen nõus tasuma oma lapse 2026/2027. õppeaasta koolieelikute kooli </w:t>
      </w:r>
      <w:r w:rsidRPr="00BE6101">
        <w:rPr>
          <w:rFonts w:cs="Times New Roman"/>
          <w:b/>
          <w:szCs w:val="24"/>
        </w:rPr>
        <w:t>ÜHEKORDSE TASU summas 35 eurot</w:t>
      </w:r>
      <w:r w:rsidRPr="00BE6101">
        <w:rPr>
          <w:rFonts w:cs="Times New Roman"/>
          <w:szCs w:val="24"/>
        </w:rPr>
        <w:t xml:space="preserve"> esitatud arve alusel. Soovin saada arvet</w:t>
      </w:r>
      <w:r w:rsidR="00BE6101">
        <w:rPr>
          <w:rFonts w:cs="Times New Roman"/>
          <w:szCs w:val="24"/>
        </w:rPr>
        <w:t>:</w:t>
      </w:r>
      <w:r w:rsidR="008C326F">
        <w:rPr>
          <w:rFonts w:cs="Times New Roman"/>
          <w:szCs w:val="24"/>
        </w:rPr>
        <w:t xml:space="preserve"> </w:t>
      </w:r>
      <w:r w:rsidRPr="00BE6101">
        <w:rPr>
          <w:rFonts w:ascii="Segoe UI Symbol" w:hAnsi="Segoe UI Symbol" w:cs="Segoe UI Symbol"/>
          <w:szCs w:val="24"/>
        </w:rPr>
        <w:t>☐</w:t>
      </w:r>
      <w:r w:rsidRPr="00BE6101">
        <w:rPr>
          <w:rFonts w:cs="Times New Roman"/>
          <w:szCs w:val="24"/>
        </w:rPr>
        <w:t xml:space="preserve"> paberkandjal  </w:t>
      </w:r>
      <w:r w:rsidRPr="00BE6101">
        <w:rPr>
          <w:rFonts w:ascii="Segoe UI Symbol" w:hAnsi="Segoe UI Symbol" w:cs="Segoe UI Symbol"/>
          <w:szCs w:val="24"/>
        </w:rPr>
        <w:t>☐</w:t>
      </w:r>
      <w:r w:rsidRPr="00BE6101">
        <w:rPr>
          <w:rFonts w:cs="Times New Roman"/>
          <w:szCs w:val="24"/>
        </w:rPr>
        <w:t xml:space="preserve"> e-posti teel</w:t>
      </w:r>
    </w:p>
    <w:p w14:paraId="5AFDD4C4" w14:textId="77777777" w:rsidR="009D7448" w:rsidRPr="00BE6101" w:rsidRDefault="00000000">
      <w:pPr>
        <w:rPr>
          <w:rFonts w:cs="Times New Roman"/>
          <w:szCs w:val="24"/>
        </w:rPr>
      </w:pPr>
      <w:r w:rsidRPr="00BE6101">
        <w:rPr>
          <w:rFonts w:cs="Times New Roman"/>
          <w:b/>
          <w:szCs w:val="24"/>
        </w:rPr>
        <w:t>Arve MAKSJA nimi- ja perekonnanimi, ISIKUKOOD:</w:t>
      </w:r>
    </w:p>
    <w:p w14:paraId="56D83ADE" w14:textId="0AF152E8" w:rsidR="009D7448" w:rsidRPr="00BE6101" w:rsidRDefault="00000000">
      <w:pPr>
        <w:rPr>
          <w:rFonts w:cs="Times New Roman"/>
          <w:szCs w:val="24"/>
        </w:rPr>
      </w:pPr>
      <w:r w:rsidRPr="00BE6101">
        <w:rPr>
          <w:rFonts w:cs="Times New Roman"/>
          <w:szCs w:val="24"/>
        </w:rPr>
        <w:t>________________________________________________________________________</w:t>
      </w:r>
      <w:r w:rsidR="00BE6101">
        <w:rPr>
          <w:rFonts w:cs="Times New Roman"/>
          <w:szCs w:val="24"/>
        </w:rPr>
        <w:t>________</w:t>
      </w:r>
    </w:p>
    <w:p w14:paraId="6EE89AAE" w14:textId="7B65C988" w:rsidR="009D7448" w:rsidRPr="00BE6101" w:rsidRDefault="00000000">
      <w:pPr>
        <w:rPr>
          <w:rFonts w:cs="Times New Roman"/>
          <w:szCs w:val="24"/>
        </w:rPr>
      </w:pPr>
      <w:r w:rsidRPr="00BE6101">
        <w:rPr>
          <w:rFonts w:cs="Times New Roman"/>
          <w:b/>
          <w:szCs w:val="24"/>
        </w:rPr>
        <w:t>Tegelik elukoht:</w:t>
      </w:r>
      <w:r w:rsidR="00BE6101">
        <w:rPr>
          <w:rFonts w:cs="Times New Roman"/>
          <w:szCs w:val="24"/>
        </w:rPr>
        <w:t xml:space="preserve"> __________________________________________________________________</w:t>
      </w:r>
    </w:p>
    <w:p w14:paraId="76152C0D" w14:textId="762C801C" w:rsidR="009D7448" w:rsidRPr="00BE6101" w:rsidRDefault="00000000">
      <w:pPr>
        <w:rPr>
          <w:rFonts w:cs="Times New Roman"/>
          <w:szCs w:val="24"/>
        </w:rPr>
      </w:pPr>
      <w:r w:rsidRPr="00BE6101">
        <w:rPr>
          <w:rFonts w:cs="Times New Roman"/>
          <w:b/>
          <w:szCs w:val="24"/>
        </w:rPr>
        <w:t>Telefon, e-mail:</w:t>
      </w:r>
      <w:r w:rsidR="00BE6101">
        <w:rPr>
          <w:rFonts w:cs="Times New Roman"/>
          <w:szCs w:val="24"/>
        </w:rPr>
        <w:t xml:space="preserve"> ___________________________________________________________________</w:t>
      </w:r>
    </w:p>
    <w:p w14:paraId="2547D7D9" w14:textId="0DDCAF3A" w:rsidR="009D7448" w:rsidRPr="00BE6101" w:rsidRDefault="00000000">
      <w:pPr>
        <w:rPr>
          <w:rFonts w:cs="Times New Roman"/>
          <w:szCs w:val="24"/>
        </w:rPr>
      </w:pPr>
      <w:r w:rsidRPr="00BE6101">
        <w:rPr>
          <w:rFonts w:cs="Times New Roman"/>
          <w:b/>
          <w:szCs w:val="24"/>
        </w:rPr>
        <w:t xml:space="preserve">Kuupäev: </w:t>
      </w:r>
      <w:r w:rsidR="00BE6101">
        <w:rPr>
          <w:rFonts w:cs="Times New Roman"/>
          <w:b/>
          <w:szCs w:val="24"/>
        </w:rPr>
        <w:t>_________________________</w:t>
      </w:r>
      <w:r w:rsidRPr="00BE6101">
        <w:rPr>
          <w:rFonts w:cs="Times New Roman"/>
          <w:b/>
          <w:szCs w:val="24"/>
        </w:rPr>
        <w:t xml:space="preserve">         Allkiri:</w:t>
      </w:r>
      <w:r w:rsidR="00BE6101">
        <w:rPr>
          <w:rFonts w:cs="Times New Roman"/>
          <w:b/>
          <w:szCs w:val="24"/>
        </w:rPr>
        <w:t>____________________________________</w:t>
      </w:r>
    </w:p>
    <w:p w14:paraId="343C147B" w14:textId="77777777" w:rsidR="00BE6101" w:rsidRDefault="00BE6101" w:rsidP="0002391A">
      <w:pPr>
        <w:rPr>
          <w:rFonts w:cs="Times New Roman"/>
          <w:szCs w:val="24"/>
        </w:rPr>
      </w:pPr>
    </w:p>
    <w:p w14:paraId="0F224A5B" w14:textId="61CBB272" w:rsidR="00BE6101" w:rsidRPr="00BE6101" w:rsidRDefault="00BE6101">
      <w:pPr>
        <w:rPr>
          <w:rFonts w:cs="Times New Roman"/>
          <w:szCs w:val="24"/>
        </w:rPr>
      </w:pPr>
    </w:p>
    <w:sectPr w:rsidR="00BE6101" w:rsidRPr="00BE6101" w:rsidSect="00034616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7367112">
    <w:abstractNumId w:val="8"/>
  </w:num>
  <w:num w:numId="2" w16cid:durableId="576131694">
    <w:abstractNumId w:val="6"/>
  </w:num>
  <w:num w:numId="3" w16cid:durableId="1279989077">
    <w:abstractNumId w:val="5"/>
  </w:num>
  <w:num w:numId="4" w16cid:durableId="611861517">
    <w:abstractNumId w:val="4"/>
  </w:num>
  <w:num w:numId="5" w16cid:durableId="2026324712">
    <w:abstractNumId w:val="7"/>
  </w:num>
  <w:num w:numId="6" w16cid:durableId="613754237">
    <w:abstractNumId w:val="3"/>
  </w:num>
  <w:num w:numId="7" w16cid:durableId="2069380294">
    <w:abstractNumId w:val="2"/>
  </w:num>
  <w:num w:numId="8" w16cid:durableId="1926112891">
    <w:abstractNumId w:val="1"/>
  </w:num>
  <w:num w:numId="9" w16cid:durableId="1290014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91A"/>
    <w:rsid w:val="00034616"/>
    <w:rsid w:val="0006063C"/>
    <w:rsid w:val="0015074B"/>
    <w:rsid w:val="0029639D"/>
    <w:rsid w:val="00326F90"/>
    <w:rsid w:val="004216C3"/>
    <w:rsid w:val="00634FC1"/>
    <w:rsid w:val="007246FC"/>
    <w:rsid w:val="00784DFB"/>
    <w:rsid w:val="007C0CEA"/>
    <w:rsid w:val="008803DE"/>
    <w:rsid w:val="008C326F"/>
    <w:rsid w:val="009D7448"/>
    <w:rsid w:val="00A00FB1"/>
    <w:rsid w:val="00A81AE1"/>
    <w:rsid w:val="00A85919"/>
    <w:rsid w:val="00AA1D8D"/>
    <w:rsid w:val="00B47730"/>
    <w:rsid w:val="00BE6101"/>
    <w:rsid w:val="00CB0664"/>
    <w:rsid w:val="00EF26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6EDE4"/>
  <w14:defaultImageDpi w14:val="300"/>
  <w15:docId w15:val="{BDE82825-A49F-47D2-88D4-A26C539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457</cp:lastModifiedBy>
  <cp:revision>3</cp:revision>
  <dcterms:created xsi:type="dcterms:W3CDTF">2026-09-15T09:32:00Z</dcterms:created>
  <dcterms:modified xsi:type="dcterms:W3CDTF">2026-09-15T09:33:00Z</dcterms:modified>
  <cp:category/>
</cp:coreProperties>
</file>